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rFonts w:ascii="Calibri" w:hAnsi="Calibri"/>
          <w:b/>
          <w:color w:val="0F172A"/>
          <w:sz w:val="26"/>
        </w:rPr>
        <w:t>STANDAR OPERASIONAL PROSEDUR (SOP)</w:t>
        <w:br/>
        <w:t>SOP IDENTIFIKASI KEBUTUHAN DAN PERENCANAAN BOSP</w:t>
        <w:br/>
        <w:t>SMK NEGERI 1 MAS UBUD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Nomor SOP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B.10.400.3/4501/SMKN 1 Mas Ubud/Dikpora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Tanggal Berlaku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15 Januari 2026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Unit Pelaksana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Bendahara, Wakil Kepala Sekolah, Tim SPMI, Tim Kurikulum, Ketua Kompetensi Keahlian/Koordinator Program, Tim Perencanaan/Tim Pengelola Keuangan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Penanggung Jawab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Kepala Sekolah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Pelaksana Utama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Tim perencana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Output Utama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Daftar kebutuhan dan prioritas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Dasar Hukum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Permendikdasmen 8/2026; Permendagri 3/2023; PP 60/2008; Pergub Bali 31/2025; serta ketentuan daerah/teknis yang berlaku.</w:t>
            </w:r>
          </w:p>
        </w:tc>
      </w:tr>
    </w:tbl>
    <w:p/>
    <w:p>
      <w:r>
        <w:rPr>
          <w:b/>
        </w:rPr>
        <w:t>A. Tujuan</w:t>
      </w:r>
    </w:p>
    <w:p>
      <w:pPr>
        <w:ind w:left="288"/>
      </w:pPr>
      <w:r>
        <w:t>Menjamin proses identifikasi kebutuhan dan perencanaan bosp berlangsung tertib, patuh, terdokumentasi, dapat ditelusuri, dan menghasilkan bukti yang memadai untuk pertanggungjawaban serta pemeriksaan.</w:t>
      </w:r>
    </w:p>
    <w:p>
      <w:r>
        <w:rPr>
          <w:b/>
        </w:rPr>
        <w:t>B. Ruang Lingkup</w:t>
      </w:r>
    </w:p>
    <w:p>
      <w:pPr>
        <w:ind w:left="288"/>
      </w:pPr>
      <w:r>
        <w:t>Berlaku untuk seluruh transaksi BOSP yang relevan dengan SOP ini pada satuan pendidikan.</w:t>
      </w:r>
    </w:p>
    <w:p>
      <w:r>
        <w:rPr>
          <w:b/>
        </w:rPr>
        <w:t>C. Input dan Dokumen Persyaratan</w:t>
      </w:r>
    </w:p>
    <w:p>
      <w:pPr>
        <w:ind w:left="288"/>
      </w:pPr>
      <w:r>
        <w:t>Rapor Pendidikan/RKT/data sekolah RKAS/ARKAS yang berlaku Bukti transaksi/dokumen pendukung sesuai proses Ketentuan teknis pemerintah daerah dan regulasi terkait</w:t>
      </w:r>
    </w:p>
    <w:p>
      <w:r>
        <w:rPr>
          <w:b/>
        </w:rPr>
        <w:t>D. Prosedur Pelaksanaan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608"/>
        <w:gridCol w:w="1608"/>
        <w:gridCol w:w="1608"/>
        <w:gridCol w:w="1608"/>
        <w:gridCol w:w="1608"/>
        <w:gridCol w:w="1608"/>
      </w:tblGrid>
      <w:tr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No.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Tahapan Prosedur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Pelaksana / PIC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Persyaratan / Kelengkapan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Waktu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Output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Analisis Rapor Pendidikan/Evaluasi Diri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Kepala Sekolah, Tim SPMI, Wakil Kepala Sekolah, Tim Kurikulum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Rapor Pendidikan terbaru, hasil evaluasi diri sekolah, data capaian mutu, hasil asesmen, data peserta didik, data sarana prasarana, dan dokumen evaluasi tahun sebelumnya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Awal siklus perencanaan/program kerja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Hasil analisis kondisi dan capaian sekolah, termasuk indikator yang sudah baik dan indikator yang perlu ditingkatkan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Identifikasi Masalah dan Kebutuhan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Kepala Sekolah, Tim SPMI, Wakil Kepala Sekolah, Ketua Kompetensi Keahlian/ Koordinator Program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Hasil analisis Rapor Pendidikan/evaluasi diri, data permasalahan, hasil rapat/evaluasi, data kebutuhan peserta didik, guru, tenaga kependidikan, sarpras, dan program sekolah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Setelah analisis kondisi selesai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Daftar masalah dan kebutuhan sekolah yang dilengkapi dengan penyebab dan kebutuhan penanganannya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Prioritaskan Kegiatan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Kepala Sekolah bersama Tim Perencanaan/ Tim SPMI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Daftar masalah dan kebutuhan, skala prioritas, target peningkatan mutu, urgensi kegiatan, dampak terhadap peserta didik, serta kemampuan sumber daya sekolah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Setelah identifikasi masalah dan kebutuhan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Daftar kegiatan prioritas berdasarkan tingkat urgensi, manfaat, dampak, dan keterjangkauan pembiayaan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Estimasi Biaya dan Sumber Dana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Kepala Sekolah, Bendahara, Tim Perencanaan/ Tim Pengelola Keuangan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Daftar kegiatan prioritas, standar harga/SSH yang berlaku, perkiraan volume kebutuhan, rincian biaya, sumber dana yang tersedia, dan ketentuan penggunaan masing-masing sumber dana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Setelah kegiatan prioritas ditetapkan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Rencana anggaran biaya (RAB) dan pemetaan sumber dana untuk masing-masing kegiatan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Dokumentasikan Dasar Kebutuhan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Kepala Sekolah, Tim Perencanaan, Bendahara/ Administrasi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Hasil analisis Rapor Pendidikan, evaluasi diri, berita acara/notulen rapat, daftar prioritas, RAB, data pendukung, dan dokumen lain yang relevan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Sebelum pengesahan perencanaan/anggaran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Dokumen dasar perencanaan dan pembiayaan yang dapat menjadi bukti bahwa setiap kegiatan/anggaran memiliki dasar kebutuhan yang jelas dan dapat dipertanggungjawabkan</w:t>
            </w:r>
          </w:p>
        </w:tc>
      </w:tr>
    </w:tbl>
    <w:p/>
    <w:p>
      <w:r>
        <w:rPr>
          <w:b/>
        </w:rPr>
        <w:t>E. Titik Pengendalian / Audit Intern (SPIP)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No.</w:t>
            </w:r>
          </w:p>
        </w:tc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Titik Pengendalian</w:t>
            </w:r>
          </w:p>
        </w:tc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Bukti yang Diuji</w:t>
            </w:r>
          </w:p>
        </w:tc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Risiko yang Dikendalikan</w:t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Kesesuaian dengan RKAS/ARKAS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Kertas kerja/RKAS dan transaksi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Otorisasi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Persetujuan/tanda tangan/log sistem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Keterjadian transaksi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Barang/jasa, BAST, dokumentasi kegiatan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Kewajaran nilai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Invoice dan pembanding/standar biaya bila relevan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Pajak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Bukti potong/setor bila terutang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Pencatatan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BKU/buku pembantu/ARKAS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Arsip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Register dan paket dokumen transaksi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</w:tbl>
    <w:p/>
    <w:p>
      <w:r>
        <w:rPr>
          <w:b/>
        </w:rPr>
        <w:t>F. Lembar Pengesahan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3216"/>
            <w:shd w:val="clear" w:color="auto" w:fill="F8FAFC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b/>
              </w:rPr>
              <w:t>Disusun</w:t>
            </w:r>
          </w:p>
        </w:tc>
        <w:tc>
          <w:tcPr>
            <w:tcW w:type="dxa" w:w="3216"/>
            <w:shd w:val="clear" w:color="auto" w:fill="F8FAFC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b/>
              </w:rPr>
              <w:t>Diperiksa</w:t>
            </w:r>
          </w:p>
        </w:tc>
        <w:tc>
          <w:tcPr>
            <w:tcW w:type="dxa" w:w="3216"/>
            <w:shd w:val="clear" w:color="auto" w:fill="F8FAFC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b/>
              </w:rPr>
              <w:t>Disahkan</w:t>
            </w:r>
          </w:p>
        </w:tc>
      </w:tr>
      <w:tr>
        <w:tc>
          <w:tcPr>
            <w:tcW w:type="dxa" w:w="32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sz w:val="18"/>
              </w:rPr>
              <w:t>Ketua Tim SPMI</w:t>
              <w:br/>
              <w:br/>
              <w:br/>
              <w:br/>
              <w:br/>
              <w:t>Ni Wayan Martini, S.Pd, M.Pd</w:t>
              <w:br/>
              <w:t>NIP. 19810427 200604 2 020</w:t>
              <w:br/>
              <w:t>Tanggal: 09 Januari 2026</w:t>
            </w:r>
          </w:p>
        </w:tc>
        <w:tc>
          <w:tcPr>
            <w:tcW w:type="dxa" w:w="32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sz w:val="18"/>
              </w:rPr>
              <w:t>Bendahara BOSP</w:t>
              <w:br/>
              <w:br/>
              <w:br/>
              <w:br/>
              <w:br/>
              <w:t>Dewa Ayu Pramitasari, A.Md</w:t>
              <w:br/>
              <w:t>NIP. 19880102 202012 2 003</w:t>
              <w:br/>
              <w:t>Tanggal: 14 Januari 2026</w:t>
            </w:r>
          </w:p>
        </w:tc>
        <w:tc>
          <w:tcPr>
            <w:tcW w:type="dxa" w:w="32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sz w:val="18"/>
              </w:rPr>
              <w:t>Kepala Satuan Pendidikan</w:t>
              <w:br/>
              <w:br/>
              <w:br/>
              <w:br/>
              <w:br/>
              <w:t>I Komang Purwata, S.Pd., M.Pd.</w:t>
              <w:br/>
              <w:t>NIP. 19861216 200903 1 004</w:t>
              <w:br/>
              <w:t>Tanggal: 15 Januari 2026</w:t>
            </w:r>
          </w:p>
        </w:tc>
      </w:tr>
    </w:tbl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